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0C165" w14:textId="6F89D190" w:rsidR="00922F4F" w:rsidRDefault="00000000">
      <w:pPr>
        <w:spacing w:before="240" w:after="480" w:line="300" w:lineRule="auto"/>
        <w:jc w:val="center"/>
      </w:pPr>
      <w:r>
        <w:rPr>
          <w:b/>
          <w:sz w:val="24"/>
        </w:rPr>
        <w:t>TÜRKİYE JUDO FEDERASYONU BAŞKANLIĞINA</w:t>
      </w:r>
      <w:r>
        <w:rPr>
          <w:b/>
          <w:sz w:val="24"/>
        </w:rPr>
        <w:br/>
      </w:r>
      <w:r w:rsidR="00FE33A7">
        <w:rPr>
          <w:b/>
          <w:sz w:val="24"/>
        </w:rPr>
        <w:t xml:space="preserve">                                                                   </w:t>
      </w:r>
      <w:r>
        <w:rPr>
          <w:b/>
          <w:sz w:val="24"/>
        </w:rPr>
        <w:t>ANKARA</w:t>
      </w:r>
    </w:p>
    <w:p w14:paraId="5A282119" w14:textId="38E18D52" w:rsidR="00922F4F" w:rsidRDefault="00000000">
      <w:pPr>
        <w:spacing w:after="240"/>
        <w:ind w:firstLine="720"/>
        <w:jc w:val="both"/>
      </w:pPr>
      <w:r>
        <w:t xml:space="preserve">IJF </w:t>
      </w:r>
      <w:proofErr w:type="spellStart"/>
      <w:r>
        <w:t>A</w:t>
      </w:r>
      <w:r w:rsidR="00FE33A7">
        <w:t>k</w:t>
      </w:r>
      <w:r>
        <w:t>adem</w:t>
      </w:r>
      <w:r w:rsidR="00FE33A7">
        <w:t>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Ağustos</w:t>
      </w:r>
      <w:proofErr w:type="spellEnd"/>
      <w:r>
        <w:t xml:space="preserve"> 2026 döneminde başlatılacak olan Judo Antrenörlüğü Önlisans Diploması (UDJC - Undergraduate Diploma as Judo Coach) programına katılmak istiyorum.</w:t>
      </w:r>
    </w:p>
    <w:p w14:paraId="508A9B04" w14:textId="77777777" w:rsidR="00922F4F" w:rsidRDefault="00000000">
      <w:pPr>
        <w:spacing w:after="360"/>
        <w:ind w:firstLine="720"/>
        <w:jc w:val="both"/>
      </w:pPr>
      <w:r>
        <w:t>Programın akademik kabul şartları olan UCJI (Undergraduate Certificate as Judo Instructor) sertifikasına sahip olduğumu ve pratik sınav değerlendirmelerinde hem Nage-waza hem de Katame-waza tekniklerinden %80 ve üzeri başarı notu aldığımı ekte sunduğum resmi IJF Academy transkripti ile beyan ederim.</w:t>
      </w:r>
    </w:p>
    <w:p w14:paraId="7069C79C" w14:textId="77777777" w:rsidR="00922F4F" w:rsidRDefault="00000000">
      <w:pPr>
        <w:spacing w:after="120"/>
        <w:ind w:left="720"/>
      </w:pPr>
      <w:r>
        <w:rPr>
          <w:i/>
          <w:sz w:val="20"/>
        </w:rPr>
        <w:t>(Lütfen durumunuza uygun olan seçeneği işaretleyiniz / X koyunuz)</w:t>
      </w:r>
    </w:p>
    <w:p w14:paraId="251B9FBD" w14:textId="77777777" w:rsidR="00922F4F" w:rsidRDefault="00000000">
      <w:pPr>
        <w:spacing w:after="120"/>
        <w:ind w:left="720"/>
      </w:pPr>
      <w:r>
        <w:rPr>
          <w:b/>
        </w:rPr>
        <w:t xml:space="preserve">[   ]  YENİ KAYIT: </w:t>
      </w:r>
      <w:r>
        <w:t>UDJC programına ilk kez kayıt olacağım. (1.500 Avro)</w:t>
      </w:r>
    </w:p>
    <w:p w14:paraId="2FCBD713" w14:textId="77777777" w:rsidR="00922F4F" w:rsidRDefault="00000000">
      <w:pPr>
        <w:spacing w:after="360"/>
        <w:ind w:left="720"/>
      </w:pPr>
      <w:r>
        <w:rPr>
          <w:b/>
        </w:rPr>
        <w:t xml:space="preserve">[   ]  KAYIT YÜKSELTME: </w:t>
      </w:r>
      <w:r>
        <w:t>Eski "Level 2 - Coach" sertifikasına sahibim, mevcut kaydımı UDJC statüsüne yükseltmek istiyorum. (1.150 Avro)</w:t>
      </w:r>
    </w:p>
    <w:p w14:paraId="3A06BD55" w14:textId="77777777" w:rsidR="00922F4F" w:rsidRDefault="00000000">
      <w:pPr>
        <w:spacing w:after="240"/>
        <w:ind w:firstLine="720"/>
        <w:jc w:val="both"/>
      </w:pPr>
      <w:r>
        <w:t>Kursun gerektirdiği online eğitim kurallarını, belirtilen kurs katılım ücretini ve ileri aşamadaki pratik eğitimler için doğacak uluslararası seyahat/konaklama masraflarının tarafıma ait olacağını kabul ve taahhüt ediyorum.</w:t>
      </w:r>
    </w:p>
    <w:p w14:paraId="2F9A4005" w14:textId="77777777" w:rsidR="00922F4F" w:rsidRDefault="00000000">
      <w:pPr>
        <w:spacing w:after="480"/>
        <w:ind w:firstLine="720"/>
        <w:jc w:val="both"/>
      </w:pPr>
      <w:r>
        <w:t>Kayıt işlemlerimin yapılabilmesi için gerekli belgeler ekte bilgilerinize sunulmuştur.</w:t>
      </w:r>
      <w:r>
        <w:br/>
      </w:r>
      <w:r>
        <w:br/>
        <w:t>Gereğini arz ederim.</w:t>
      </w:r>
    </w:p>
    <w:p w14:paraId="4B96C6FF" w14:textId="77777777" w:rsidR="00922F4F" w:rsidRDefault="00000000">
      <w:pPr>
        <w:spacing w:after="600"/>
        <w:jc w:val="right"/>
      </w:pPr>
      <w:r>
        <w:t>Tarih: .... / .... / 2026</w:t>
      </w:r>
      <w:r>
        <w:br/>
      </w:r>
      <w:r>
        <w:br/>
      </w:r>
      <w:r>
        <w:br/>
        <w:t>İmza: ........................</w:t>
      </w:r>
    </w:p>
    <w:p w14:paraId="114A2B69" w14:textId="77777777" w:rsidR="00FE33A7" w:rsidRDefault="00FE33A7">
      <w:pPr>
        <w:spacing w:after="160"/>
        <w:rPr>
          <w:b/>
        </w:rPr>
      </w:pPr>
    </w:p>
    <w:p w14:paraId="194C4026" w14:textId="77777777" w:rsidR="00FE33A7" w:rsidRDefault="00FE33A7">
      <w:pPr>
        <w:spacing w:after="160"/>
        <w:rPr>
          <w:b/>
        </w:rPr>
      </w:pPr>
    </w:p>
    <w:p w14:paraId="15BCD77E" w14:textId="77777777" w:rsidR="00FE33A7" w:rsidRDefault="00FE33A7">
      <w:pPr>
        <w:spacing w:after="160"/>
        <w:rPr>
          <w:b/>
        </w:rPr>
      </w:pPr>
    </w:p>
    <w:p w14:paraId="0C316777" w14:textId="77777777" w:rsidR="00FE33A7" w:rsidRDefault="00FE33A7">
      <w:pPr>
        <w:spacing w:after="160"/>
        <w:rPr>
          <w:b/>
        </w:rPr>
      </w:pPr>
    </w:p>
    <w:p w14:paraId="650FF839" w14:textId="77777777" w:rsidR="00FE33A7" w:rsidRDefault="00FE33A7">
      <w:pPr>
        <w:spacing w:after="160"/>
        <w:rPr>
          <w:b/>
        </w:rPr>
      </w:pPr>
    </w:p>
    <w:p w14:paraId="4BC268A0" w14:textId="77777777" w:rsidR="00FE33A7" w:rsidRDefault="00FE33A7">
      <w:pPr>
        <w:spacing w:after="160"/>
        <w:rPr>
          <w:b/>
        </w:rPr>
      </w:pPr>
    </w:p>
    <w:p w14:paraId="725D13E7" w14:textId="30B285C3" w:rsidR="00922F4F" w:rsidRDefault="00000000">
      <w:pPr>
        <w:spacing w:after="160"/>
      </w:pPr>
      <w:r>
        <w:rPr>
          <w:b/>
        </w:rPr>
        <w:lastRenderedPageBreak/>
        <w:t>KİMLİK VE İLETİŞİM BİLGİLERİ:</w:t>
      </w:r>
    </w:p>
    <w:p w14:paraId="77D17B00" w14:textId="77777777" w:rsidR="00922F4F" w:rsidRDefault="00000000">
      <w:pPr>
        <w:spacing w:after="80"/>
      </w:pPr>
      <w:r>
        <w:rPr>
          <w:b/>
        </w:rPr>
        <w:t xml:space="preserve">•  Adı Soyadı: </w:t>
      </w:r>
      <w:r>
        <w:t>..........................................................................................................................</w:t>
      </w:r>
    </w:p>
    <w:p w14:paraId="3A68B965" w14:textId="77777777" w:rsidR="00922F4F" w:rsidRDefault="00000000">
      <w:pPr>
        <w:spacing w:after="80"/>
      </w:pPr>
      <w:r>
        <w:rPr>
          <w:b/>
        </w:rPr>
        <w:t xml:space="preserve">•  T.C. Kimlik No: </w:t>
      </w:r>
      <w:r>
        <w:t>..........................................................................................................................</w:t>
      </w:r>
    </w:p>
    <w:p w14:paraId="5E9D1E0C" w14:textId="77777777" w:rsidR="00922F4F" w:rsidRDefault="00000000">
      <w:pPr>
        <w:spacing w:after="80"/>
      </w:pPr>
      <w:r>
        <w:rPr>
          <w:b/>
        </w:rPr>
        <w:t xml:space="preserve">•  IJF Academy Kullanıcı Adı (Sistemdeki E-posta): </w:t>
      </w:r>
      <w:r>
        <w:t>..........................................................................................................................</w:t>
      </w:r>
    </w:p>
    <w:p w14:paraId="4C96A1B4" w14:textId="77777777" w:rsidR="00922F4F" w:rsidRDefault="00000000">
      <w:pPr>
        <w:spacing w:after="80"/>
      </w:pPr>
      <w:r>
        <w:rPr>
          <w:b/>
        </w:rPr>
        <w:t xml:space="preserve">•  Telefon (GSM): </w:t>
      </w:r>
      <w:r>
        <w:t>..........................................................................................................................</w:t>
      </w:r>
    </w:p>
    <w:p w14:paraId="49C64D15" w14:textId="77777777" w:rsidR="00922F4F" w:rsidRDefault="00000000">
      <w:pPr>
        <w:spacing w:after="80"/>
      </w:pPr>
      <w:r>
        <w:rPr>
          <w:b/>
        </w:rPr>
        <w:t xml:space="preserve">•  E-posta Adresi: </w:t>
      </w:r>
      <w:r>
        <w:t>..........................................................................................................................</w:t>
      </w:r>
    </w:p>
    <w:p w14:paraId="5787FE89" w14:textId="77777777" w:rsidR="00922F4F" w:rsidRDefault="00000000">
      <w:pPr>
        <w:spacing w:after="80"/>
      </w:pPr>
      <w:r>
        <w:rPr>
          <w:b/>
        </w:rPr>
        <w:t xml:space="preserve">•  İkametgah Adresi: </w:t>
      </w:r>
      <w:r>
        <w:br/>
        <w:t xml:space="preserve">   ..........................................................................................................................</w:t>
      </w:r>
      <w:r>
        <w:br/>
        <w:t xml:space="preserve">   ..........................................................................................................................</w:t>
      </w:r>
    </w:p>
    <w:p w14:paraId="173CBACB" w14:textId="77777777" w:rsidR="00922F4F" w:rsidRDefault="00000000">
      <w:pPr>
        <w:spacing w:before="240" w:after="80"/>
      </w:pPr>
      <w:r>
        <w:rPr>
          <w:b/>
        </w:rPr>
        <w:t>EKLER:</w:t>
      </w:r>
    </w:p>
    <w:p w14:paraId="0FD6BC3D" w14:textId="77777777" w:rsidR="00922F4F" w:rsidRDefault="00000000">
      <w:pPr>
        <w:spacing w:after="40"/>
        <w:ind w:left="360"/>
      </w:pPr>
      <w:r>
        <w:t>1. UCJI Sertifikası Fotokopisi</w:t>
      </w:r>
    </w:p>
    <w:p w14:paraId="3C00365E" w14:textId="77777777" w:rsidR="00922F4F" w:rsidRDefault="00000000">
      <w:pPr>
        <w:spacing w:after="40"/>
        <w:ind w:left="360"/>
      </w:pPr>
      <w:r>
        <w:t>2. IJF Academy Transkripti (Nage-waza ve Katame-waza notlarını gösterir belge)</w:t>
      </w:r>
    </w:p>
    <w:p w14:paraId="6F32958D" w14:textId="77777777" w:rsidR="00922F4F" w:rsidRPr="00FE33A7" w:rsidRDefault="00000000">
      <w:pPr>
        <w:spacing w:after="40"/>
        <w:ind w:left="360"/>
        <w:rPr>
          <w:u w:val="single"/>
        </w:rPr>
      </w:pPr>
      <w:r w:rsidRPr="00FE33A7">
        <w:rPr>
          <w:u w:val="single"/>
        </w:rPr>
        <w:t>3. Eski Level 2 Coach Belgesi (Varsa / Yükseltme başvuruları için)</w:t>
      </w:r>
    </w:p>
    <w:p w14:paraId="02A04786" w14:textId="77777777" w:rsidR="00922F4F" w:rsidRDefault="00000000">
      <w:pPr>
        <w:spacing w:after="40"/>
        <w:ind w:left="360"/>
      </w:pPr>
      <w:r>
        <w:t>4. Kurs Ücreti Ödeme Dekontu</w:t>
      </w:r>
    </w:p>
    <w:sectPr w:rsidR="00922F4F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1808608">
    <w:abstractNumId w:val="8"/>
  </w:num>
  <w:num w:numId="2" w16cid:durableId="975336776">
    <w:abstractNumId w:val="6"/>
  </w:num>
  <w:num w:numId="3" w16cid:durableId="1083842836">
    <w:abstractNumId w:val="5"/>
  </w:num>
  <w:num w:numId="4" w16cid:durableId="662198049">
    <w:abstractNumId w:val="4"/>
  </w:num>
  <w:num w:numId="5" w16cid:durableId="2143842229">
    <w:abstractNumId w:val="7"/>
  </w:num>
  <w:num w:numId="6" w16cid:durableId="743720725">
    <w:abstractNumId w:val="3"/>
  </w:num>
  <w:num w:numId="7" w16cid:durableId="1989626021">
    <w:abstractNumId w:val="2"/>
  </w:num>
  <w:num w:numId="8" w16cid:durableId="634215603">
    <w:abstractNumId w:val="1"/>
  </w:num>
  <w:num w:numId="9" w16cid:durableId="44134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1AF3"/>
    <w:rsid w:val="0015074B"/>
    <w:rsid w:val="0029639D"/>
    <w:rsid w:val="00326F90"/>
    <w:rsid w:val="00922F4F"/>
    <w:rsid w:val="00AA1D8D"/>
    <w:rsid w:val="00B47730"/>
    <w:rsid w:val="00CB0664"/>
    <w:rsid w:val="00FC693F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C6247"/>
  <w14:defaultImageDpi w14:val="300"/>
  <w15:docId w15:val="{82A4B443-15B1-4839-9328-CD8204CC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Kaya GEZEKER</cp:lastModifiedBy>
  <cp:revision>2</cp:revision>
  <dcterms:created xsi:type="dcterms:W3CDTF">2013-12-23T23:15:00Z</dcterms:created>
  <dcterms:modified xsi:type="dcterms:W3CDTF">2026-07-09T12:52:00Z</dcterms:modified>
  <cp:category/>
</cp:coreProperties>
</file>